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a="http://schemas.openxmlformats.org/drawingml/2006/main" xmlns:pic="http://schemas.openxmlformats.org/drawingml/2006/picture">
      <w:r>
        <w:drawing>
          <wp:anchor behindDoc="1" distT="0" distB="0" distL="0" distR="0" simplePos="0" locked="1" layoutInCell="1" allowOverlap="1" relativeHeight="100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9" cy="10692000"/>
            <wp:effectExtent l="0" t="0" r="0" b="0"/>
            <wp:wrapNone/>
            <wp:docPr id="1001" name="page1bg"/>
            <wp:cNvGraphicFramePr/>
            <a:graphic>
              <a:graphicData uri="http://schemas.openxmlformats.org/drawingml/2006/picture">
                <pic:pic>
                  <pic:nvPicPr>
                    <pic:cNvPr id="1001" name="page1bg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br w:type="page"/>
      </w:r>
    </w:p>
    <w:p xmlns:a="http://schemas.openxmlformats.org/drawingml/2006/main" xmlns:pic="http://schemas.openxmlformats.org/drawingml/2006/picture">
      <w:r>
        <w:drawing>
          <wp:anchor behindDoc="1" distT="0" distB="0" distL="0" distR="0" simplePos="0" locked="1" layoutInCell="1" allowOverlap="1" relativeHeight="100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9" cy="10692000"/>
            <wp:effectExtent l="0" t="0" r="0" b="0"/>
            <wp:wrapNone/>
            <wp:docPr id="1002" name="page2bg"/>
            <wp:cNvGraphicFramePr/>
            <a:graphic>
              <a:graphicData uri="http://schemas.openxmlformats.org/drawingml/2006/picture">
                <pic:pic>
                  <pic:nvPicPr>
                    <pic:cNvPr id="1002" name="page2bg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br w:type="page"/>
      </w:r>
    </w:p>
    <w:p xmlns:a="http://schemas.openxmlformats.org/drawingml/2006/main" xmlns:pic="http://schemas.openxmlformats.org/drawingml/2006/picture">
      <w:r>
        <w:drawing>
          <wp:anchor behindDoc="1" distT="0" distB="0" distL="0" distR="0" simplePos="0" locked="1" layoutInCell="1" allowOverlap="1" relativeHeight="100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9" cy="10692000"/>
            <wp:effectExtent l="0" t="0" r="0" b="0"/>
            <wp:wrapNone/>
            <wp:docPr id="1003" name="page3bg"/>
            <wp:cNvGraphicFramePr/>
            <a:graphic>
              <a:graphicData uri="http://schemas.openxmlformats.org/drawingml/2006/picture">
                <pic:pic>
                  <pic:nvPicPr>
                    <pic:cNvPr id="1003" name="page3bg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br w:type="page"/>
      </w:r>
    </w:p>
    <w:p xmlns:a="http://schemas.openxmlformats.org/drawingml/2006/main" xmlns:pic="http://schemas.openxmlformats.org/drawingml/2006/picture">
      <w:r>
        <w:drawing>
          <wp:anchor behindDoc="1" distT="0" distB="0" distL="0" distR="0" simplePos="0" locked="1" layoutInCell="1" allowOverlap="1" relativeHeight="10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9" cy="10692000"/>
            <wp:effectExtent l="0" t="0" r="0" b="0"/>
            <wp:wrapNone/>
            <wp:docPr id="1004" name="page4bg"/>
            <wp:cNvGraphicFramePr/>
            <a:graphic>
              <a:graphicData uri="http://schemas.openxmlformats.org/drawingml/2006/picture">
                <pic:pic>
                  <pic:nvPicPr>
                    <pic:cNvPr id="1004" name="page4bg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br w:type="page"/>
      </w:r>
    </w:p>
    <w:p xmlns:a="http://schemas.openxmlformats.org/drawingml/2006/main" xmlns:pic="http://schemas.openxmlformats.org/drawingml/2006/picture">
      <w:r>
        <w:drawing>
          <wp:anchor behindDoc="1" distT="0" distB="0" distL="0" distR="0" simplePos="0" locked="1" layoutInCell="1" allowOverlap="1" relativeHeight="100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9" cy="10692000"/>
            <wp:effectExtent l="0" t="0" r="0" b="0"/>
            <wp:wrapNone/>
            <wp:docPr id="1005" name="page5bg"/>
            <wp:cNvGraphicFramePr/>
            <a:graphic>
              <a:graphicData uri="http://schemas.openxmlformats.org/drawingml/2006/picture">
                <pic:pic>
                  <pic:nvPicPr>
                    <pic:cNvPr id="1005" name="page5bg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drawing>
          <wp:anchor behindDoc="0" distT="0" distB="0" distL="0" distR="0" simplePos="0" locked="0" layoutInCell="1" allowOverlap="1" relativeHeight="1006">
            <wp:simplePos x="0" y="0"/>
            <wp:positionH relativeFrom="page">
              <wp:posOffset>931029</wp:posOffset>
            </wp:positionH>
            <wp:positionV relativeFrom="page">
              <wp:posOffset>872843</wp:posOffset>
            </wp:positionV>
            <wp:extent cx="2743208" cy="224434"/>
            <wp:effectExtent l="0" t="0" r="0" b="0"/>
            <wp:wrapNone/>
            <wp:docPr id="1006" name="field1006"/>
            <wp:cNvGraphicFramePr/>
            <a:graphic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2743208" cy="224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jc w:val="left"/>
                        </w:pPr>
                      </w:p>
                    </w:txbxContent>
                  </wps:txbx>
                  <wps:bodyPr wrap="square" lIns="18000" tIns="18000" rIns="18000" bIns="18000" anchor="t">
                    <a:noAutofit/>
                  </wps:bodyPr>
                </wps:wsp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drawing>
          <wp:anchor behindDoc="0" distT="0" distB="0" distL="0" distR="0" simplePos="0" locked="0" layoutInCell="1" allowOverlap="1" relativeHeight="1007">
            <wp:simplePos x="0" y="0"/>
            <wp:positionH relativeFrom="page">
              <wp:posOffset>4206253</wp:posOffset>
            </wp:positionH>
            <wp:positionV relativeFrom="page">
              <wp:posOffset>872843</wp:posOffset>
            </wp:positionV>
            <wp:extent cx="1246924" cy="224434"/>
            <wp:effectExtent l="0" t="0" r="0" b="0"/>
            <wp:wrapNone/>
            <wp:docPr id="1007" name="field1007"/>
            <wp:cNvGraphicFramePr/>
            <a:graphic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46924" cy="224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jc w:val="left"/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 xml:space="preserve">27/06/26</w:t>
                        </w:r>
                      </w:p>
                    </w:txbxContent>
                  </wps:txbx>
                  <wps:bodyPr wrap="square" lIns="18000" tIns="18000" rIns="18000" bIns="18000" anchor="t">
                    <a:noAutofit/>
                  </wps:bodyPr>
                </wps:wsp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drawing>
          <wp:anchor behindDoc="0" distT="0" distB="0" distL="0" distR="0" simplePos="0" locked="0" layoutInCell="1" allowOverlap="1" relativeHeight="1008">
            <wp:simplePos x="0" y="0"/>
            <wp:positionH relativeFrom="page">
              <wp:posOffset>5769064</wp:posOffset>
            </wp:positionH>
            <wp:positionV relativeFrom="page">
              <wp:posOffset>315885</wp:posOffset>
            </wp:positionV>
            <wp:extent cx="1471358" cy="789711"/>
            <wp:effectExtent l="0" t="0" r="0" b="0"/>
            <wp:wrapNone/>
            <wp:docPr id="1008" name="logoFrame"/>
            <wp:cNvGraphicFramePr/>
            <a:graphic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471358" cy="789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sdt>
                        <w:sdtPr>
                          <w:alias w:val="Partner Logo"/>
                          <w:tag w:val="PartnerLogo"/>
                          <w:id w:val="1009"/>
                          <w:picture/>
                        </w:sdtPr>
                        <w:sdtEndPr/>
                        <w:sdtContent>
                          <w:p>
                            <w:pPr>
                              <w:jc w:val="center"/>
                            </w:pPr>
                            <w:r>
                              <w:drawing>
                                <wp:inline distT="0" distB="0" distL="0" distR="0">
                                  <wp:extent cx="1471358" cy="789711"/>
                                  <wp:effectExtent l="0" t="0" r="0" b="0"/>
                                  <wp:docPr id="1010" name="logoPlaceholder"/>
                                  <wp:cNvGraphicFramePr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1010" name="logoPlaceholder.png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1358" cy="7897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sdtContent>
                      </w:sdt>
                    </w:txbxContent>
                  </wps:txbx>
                  <wps:bodyPr wrap="square" lIns="0" tIns="0" rIns="0" bIns="0" anchor="ctr">
                    <a:noAutofit/>
                  </wps:bodyPr>
                </wps:wsp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drawing>
          <wp:anchor behindDoc="0" distT="0" distB="0" distL="0" distR="0" simplePos="0" locked="0" layoutInCell="1" allowOverlap="1" relativeHeight="1011">
            <wp:simplePos x="0" y="0"/>
            <wp:positionH relativeFrom="page">
              <wp:posOffset>182881</wp:posOffset>
            </wp:positionH>
            <wp:positionV relativeFrom="page">
              <wp:posOffset>1662554</wp:posOffset>
            </wp:positionV>
            <wp:extent cx="3466426" cy="922718"/>
            <wp:effectExtent l="0" t="0" r="0" b="0"/>
            <wp:wrapNone/>
            <wp:docPr id="1011" name="field1011"/>
            <wp:cNvGraphicFramePr/>
            <a:graphic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3466426" cy="92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jc w:val="left"/>
                        </w:pPr>
                      </w:p>
                    </w:txbxContent>
                  </wps:txbx>
                  <wps:bodyPr wrap="square" lIns="18000" tIns="18000" rIns="18000" bIns="18000" anchor="t">
                    <a:noAutofit/>
                  </wps:bodyPr>
                </wps:wsp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drawing>
          <wp:anchor behindDoc="0" distT="0" distB="0" distL="0" distR="0" simplePos="0" locked="0" layoutInCell="1" allowOverlap="1" relativeHeight="1012">
            <wp:simplePos x="0" y="0"/>
            <wp:positionH relativeFrom="page">
              <wp:posOffset>3890378</wp:posOffset>
            </wp:positionH>
            <wp:positionV relativeFrom="page">
              <wp:posOffset>1662554</wp:posOffset>
            </wp:positionV>
            <wp:extent cx="3466414" cy="922718"/>
            <wp:effectExtent l="0" t="0" r="0" b="0"/>
            <wp:wrapNone/>
            <wp:docPr id="1012" name="field1012"/>
            <wp:cNvGraphicFramePr/>
            <a:graphic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3466414" cy="92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jc w:val="left"/>
                        </w:pPr>
                      </w:p>
                    </w:txbxContent>
                  </wps:txbx>
                  <wps:bodyPr wrap="square" lIns="18000" tIns="18000" rIns="18000" bIns="18000" anchor="t">
                    <a:noAutofit/>
                  </wps:bodyPr>
                </wps:wsp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drawing>
          <wp:anchor behindDoc="0" distT="0" distB="0" distL="0" distR="0" simplePos="0" locked="0" layoutInCell="1" allowOverlap="1" relativeHeight="1013">
            <wp:simplePos x="0" y="0"/>
            <wp:positionH relativeFrom="page">
              <wp:posOffset>216132</wp:posOffset>
            </wp:positionH>
            <wp:positionV relativeFrom="page">
              <wp:posOffset>3100664</wp:posOffset>
            </wp:positionV>
            <wp:extent cx="856214" cy="1895310"/>
            <wp:effectExtent l="0" t="0" r="0" b="0"/>
            <wp:wrapNone/>
            <wp:docPr id="1013" name="field1013"/>
            <wp:cNvGraphicFramePr/>
            <a:graphic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856214" cy="189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jc w:val="center"/>
                        </w:pPr>
                      </w:p>
                    </w:txbxContent>
                  </wps:txbx>
                  <wps:bodyPr wrap="square" lIns="18000" tIns="18000" rIns="18000" bIns="18000" anchor="t">
                    <a:noAutofit/>
                  </wps:bodyPr>
                </wps:wsp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drawing>
          <wp:anchor behindDoc="0" distT="0" distB="0" distL="0" distR="0" simplePos="0" locked="0" layoutInCell="1" allowOverlap="1" relativeHeight="1014">
            <wp:simplePos x="0" y="0"/>
            <wp:positionH relativeFrom="page">
              <wp:posOffset>1113911</wp:posOffset>
            </wp:positionH>
            <wp:positionV relativeFrom="page">
              <wp:posOffset>3100664</wp:posOffset>
            </wp:positionV>
            <wp:extent cx="856215" cy="1895310"/>
            <wp:effectExtent l="0" t="0" r="0" b="0"/>
            <wp:wrapNone/>
            <wp:docPr id="1014" name="field1014"/>
            <wp:cNvGraphicFramePr/>
            <a:graphic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856215" cy="189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jc w:val="center"/>
                        </w:pPr>
                      </w:p>
                    </w:txbxContent>
                  </wps:txbx>
                  <wps:bodyPr wrap="square" lIns="18000" tIns="18000" rIns="18000" bIns="18000" anchor="t">
                    <a:noAutofit/>
                  </wps:bodyPr>
                </wps:wsp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drawing>
          <wp:anchor behindDoc="0" distT="0" distB="0" distL="0" distR="0" simplePos="0" locked="0" layoutInCell="1" allowOverlap="1" relativeHeight="1015">
            <wp:simplePos x="0" y="0"/>
            <wp:positionH relativeFrom="page">
              <wp:posOffset>2011693</wp:posOffset>
            </wp:positionH>
            <wp:positionV relativeFrom="page">
              <wp:posOffset>3100664</wp:posOffset>
            </wp:positionV>
            <wp:extent cx="856209" cy="1895310"/>
            <wp:effectExtent l="0" t="0" r="0" b="0"/>
            <wp:wrapNone/>
            <wp:docPr id="1015" name="field1015"/>
            <wp:cNvGraphicFramePr/>
            <a:graphic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856209" cy="189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jc w:val="center"/>
                        </w:pPr>
                      </w:p>
                    </w:txbxContent>
                  </wps:txbx>
                  <wps:bodyPr wrap="square" lIns="18000" tIns="18000" rIns="18000" bIns="18000" anchor="t">
                    <a:noAutofit/>
                  </wps:bodyPr>
                </wps:wsp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drawing>
          <wp:anchor behindDoc="0" distT="0" distB="0" distL="0" distR="0" simplePos="0" locked="0" layoutInCell="1" allowOverlap="1" relativeHeight="1016">
            <wp:simplePos x="0" y="0"/>
            <wp:positionH relativeFrom="page">
              <wp:posOffset>2917774</wp:posOffset>
            </wp:positionH>
            <wp:positionV relativeFrom="page">
              <wp:posOffset>3100664</wp:posOffset>
            </wp:positionV>
            <wp:extent cx="1729067" cy="1895310"/>
            <wp:effectExtent l="0" t="0" r="0" b="0"/>
            <wp:wrapNone/>
            <wp:docPr id="1016" name="field1016"/>
            <wp:cNvGraphicFramePr/>
            <a:graphic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729067" cy="189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jc w:val="center"/>
                        </w:pPr>
                      </w:p>
                    </w:txbxContent>
                  </wps:txbx>
                  <wps:bodyPr wrap="square" lIns="18000" tIns="18000" rIns="18000" bIns="18000" anchor="t">
                    <a:noAutofit/>
                  </wps:bodyPr>
                </wps:wsp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drawing>
          <wp:anchor behindDoc="0" distT="0" distB="0" distL="0" distR="0" simplePos="0" locked="0" layoutInCell="1" allowOverlap="1" relativeHeight="1017">
            <wp:simplePos x="0" y="0"/>
            <wp:positionH relativeFrom="page">
              <wp:posOffset>4688396</wp:posOffset>
            </wp:positionH>
            <wp:positionV relativeFrom="page">
              <wp:posOffset>3100664</wp:posOffset>
            </wp:positionV>
            <wp:extent cx="856221" cy="1895310"/>
            <wp:effectExtent l="0" t="0" r="0" b="0"/>
            <wp:wrapNone/>
            <wp:docPr id="1017" name="field1017"/>
            <wp:cNvGraphicFramePr/>
            <a:graphic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856221" cy="189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jc w:val="center"/>
                        </w:pPr>
                      </w:p>
                    </w:txbxContent>
                  </wps:txbx>
                  <wps:bodyPr wrap="square" lIns="18000" tIns="18000" rIns="18000" bIns="18000" anchor="t">
                    <a:noAutofit/>
                  </wps:bodyPr>
                </wps:wsp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drawing>
          <wp:anchor behindDoc="0" distT="0" distB="0" distL="0" distR="0" simplePos="0" locked="0" layoutInCell="1" allowOverlap="1" relativeHeight="1018">
            <wp:simplePos x="0" y="0"/>
            <wp:positionH relativeFrom="page">
              <wp:posOffset>5586184</wp:posOffset>
            </wp:positionH>
            <wp:positionV relativeFrom="page">
              <wp:posOffset>3100664</wp:posOffset>
            </wp:positionV>
            <wp:extent cx="856209" cy="1895310"/>
            <wp:effectExtent l="0" t="0" r="0" b="0"/>
            <wp:wrapNone/>
            <wp:docPr id="1018" name="field1018"/>
            <wp:cNvGraphicFramePr/>
            <a:graphic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856209" cy="189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jc w:val="center"/>
                        </w:pPr>
                      </w:p>
                    </w:txbxContent>
                  </wps:txbx>
                  <wps:bodyPr wrap="square" lIns="18000" tIns="18000" rIns="18000" bIns="18000" anchor="t">
                    <a:noAutofit/>
                  </wps:bodyPr>
                </wps:wsp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drawing>
          <wp:anchor behindDoc="0" distT="0" distB="0" distL="0" distR="0" simplePos="0" locked="0" layoutInCell="1" allowOverlap="1" relativeHeight="1019">
            <wp:simplePos x="0" y="0"/>
            <wp:positionH relativeFrom="page">
              <wp:posOffset>6475641</wp:posOffset>
            </wp:positionH>
            <wp:positionV relativeFrom="page">
              <wp:posOffset>3100664</wp:posOffset>
            </wp:positionV>
            <wp:extent cx="856221" cy="1895310"/>
            <wp:effectExtent l="0" t="0" r="0" b="0"/>
            <wp:wrapNone/>
            <wp:docPr id="1019" name="field1019"/>
            <wp:cNvGraphicFramePr/>
            <a:graphic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856221" cy="189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jc w:val="center"/>
                        </w:pPr>
                      </w:p>
                    </w:txbxContent>
                  </wps:txbx>
                  <wps:bodyPr wrap="square" lIns="18000" tIns="18000" rIns="18000" bIns="18000" anchor="t">
                    <a:noAutofit/>
                  </wps:bodyPr>
                </wps:wsp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drawing>
          <wp:anchor behindDoc="0" distT="0" distB="0" distL="0" distR="0" simplePos="0" locked="0" layoutInCell="1" allowOverlap="1" relativeHeight="1020">
            <wp:simplePos x="0" y="0"/>
            <wp:positionH relativeFrom="page">
              <wp:posOffset>199507</wp:posOffset>
            </wp:positionH>
            <wp:positionV relativeFrom="page">
              <wp:posOffset>5760743</wp:posOffset>
            </wp:positionV>
            <wp:extent cx="3499673" cy="2249983"/>
            <wp:effectExtent l="0" t="0" r="0" b="0"/>
            <wp:wrapNone/>
            <wp:docPr id="1020" name="field1020"/>
            <wp:cNvGraphicFramePr/>
            <a:graphic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3499673" cy="224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jc w:val="left"/>
                        </w:pPr>
                      </w:p>
                    </w:txbxContent>
                  </wps:txbx>
                  <wps:bodyPr wrap="square" lIns="18000" tIns="18000" rIns="18000" bIns="18000" anchor="t">
                    <a:noAutofit/>
                  </wps:bodyPr>
                </wps:wsp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drawing>
          <wp:anchor behindDoc="0" distT="0" distB="0" distL="0" distR="0" simplePos="0" locked="0" layoutInCell="1" allowOverlap="1" relativeHeight="1021">
            <wp:simplePos x="0" y="0"/>
            <wp:positionH relativeFrom="page">
              <wp:posOffset>3845458</wp:posOffset>
            </wp:positionH>
            <wp:positionV relativeFrom="page">
              <wp:posOffset>5760743</wp:posOffset>
            </wp:positionV>
            <wp:extent cx="3499663" cy="2249983"/>
            <wp:effectExtent l="0" t="0" r="0" b="0"/>
            <wp:wrapNone/>
            <wp:docPr id="1021" name="field1021"/>
            <wp:cNvGraphicFramePr/>
            <a:graphic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3499663" cy="224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jc w:val="left"/>
                        </w:pPr>
                      </w:p>
                    </w:txbxContent>
                  </wps:txbx>
                  <wps:bodyPr wrap="square" lIns="18000" tIns="18000" rIns="18000" bIns="18000" anchor="t">
                    <a:noAutofit/>
                  </wps:bodyPr>
                </wps:wsp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drawing>
          <wp:anchor behindDoc="0" distT="0" distB="0" distL="0" distR="0" simplePos="0" locked="0" layoutInCell="1" allowOverlap="1" relativeHeight="1022">
            <wp:simplePos x="0" y="0"/>
            <wp:positionH relativeFrom="page">
              <wp:posOffset>199507</wp:posOffset>
            </wp:positionH>
            <wp:positionV relativeFrom="page">
              <wp:posOffset>8476231</wp:posOffset>
            </wp:positionV>
            <wp:extent cx="3433176" cy="1576654"/>
            <wp:effectExtent l="0" t="0" r="0" b="0"/>
            <wp:wrapNone/>
            <wp:docPr id="1022" name="field1022"/>
            <wp:cNvGraphicFramePr/>
            <a:graphic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3433176" cy="1576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jc w:val="left"/>
                        </w:pPr>
                      </w:p>
                    </w:txbxContent>
                  </wps:txbx>
                  <wps:bodyPr wrap="square" lIns="18000" tIns="18000" rIns="18000" bIns="18000" anchor="t">
                    <a:noAutofit/>
                  </wps:bodyPr>
                </wps:wsp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drawing>
          <wp:anchor behindDoc="0" distT="0" distB="0" distL="0" distR="0" simplePos="0" locked="0" layoutInCell="1" allowOverlap="1" relativeHeight="1023">
            <wp:simplePos x="0" y="0"/>
            <wp:positionH relativeFrom="page">
              <wp:posOffset>3890353</wp:posOffset>
            </wp:positionH>
            <wp:positionV relativeFrom="page">
              <wp:posOffset>8476231</wp:posOffset>
            </wp:positionV>
            <wp:extent cx="3433166" cy="1576654"/>
            <wp:effectExtent l="0" t="0" r="0" b="0"/>
            <wp:wrapNone/>
            <wp:docPr id="1023" name="field1023"/>
            <wp:cNvGraphicFramePr/>
            <a:graphic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3433166" cy="1576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jc w:val="left"/>
                        </w:pPr>
                      </w:p>
                    </w:txbxContent>
                  </wps:txbx>
                  <wps:bodyPr wrap="square" lIns="18000" tIns="18000" rIns="18000" bIns="18000" anchor="t">
                    <a:noAutofit/>
                  </wps:bodyPr>
                </wps:wsp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br w:type="page"/>
      </w:r>
    </w:p>
    <w:p xmlns:a="http://schemas.openxmlformats.org/drawingml/2006/main" xmlns:pic="http://schemas.openxmlformats.org/drawingml/2006/picture">
      <w:r>
        <w:drawing>
          <wp:anchor behindDoc="1" distT="0" distB="0" distL="0" distR="0" simplePos="0" locked="1" layoutInCell="1" allowOverlap="1" relativeHeight="10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9" cy="10692000"/>
            <wp:effectExtent l="0" t="0" r="0" b="0"/>
            <wp:wrapNone/>
            <wp:docPr id="1024" name="page6bg"/>
            <wp:cNvGraphicFramePr/>
            <a:graphic>
              <a:graphicData uri="http://schemas.openxmlformats.org/drawingml/2006/picture">
                <pic:pic>
                  <pic:nvPicPr>
                    <pic:cNvPr id="1024" name="page6bg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drawing>
          <wp:anchor behindDoc="0" distT="0" distB="0" distL="0" distR="0" simplePos="0" locked="0" layoutInCell="1" allowOverlap="1" relativeHeight="1025">
            <wp:simplePos x="0" y="0"/>
            <wp:positionH relativeFrom="page">
              <wp:posOffset>232758</wp:posOffset>
            </wp:positionH>
            <wp:positionV relativeFrom="page">
              <wp:posOffset>1086178</wp:posOffset>
            </wp:positionV>
            <wp:extent cx="7099104" cy="4885144"/>
            <wp:effectExtent l="0" t="0" r="0" b="0"/>
            <wp:wrapNone/>
            <wp:docPr id="1025" name="field1025"/>
            <wp:cNvGraphicFramePr/>
            <a:graphic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7099104" cy="4885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jc w:val="left"/>
                        </w:pPr>
                      </w:p>
                    </w:txbxContent>
                  </wps:txbx>
                  <wps:bodyPr wrap="square" lIns="18000" tIns="18000" rIns="18000" bIns="18000" anchor="t">
                    <a:noAutofit/>
                  </wps:bodyPr>
                </wps:wsp>
              </a:graphicData>
            </a:graphic>
          </wp:anchor>
        </w:drawing>
      </w:r>
    </w:p>
    <w:p xmlns:a="http://schemas.openxmlformats.org/drawingml/2006/main" xmlns:pic="http://schemas.openxmlformats.org/drawingml/2006/picture">
      <w:r>
        <w:drawing>
          <wp:anchor behindDoc="0" distT="0" distB="0" distL="0" distR="0" simplePos="0" locked="0" layoutInCell="1" allowOverlap="1" relativeHeight="1026">
            <wp:simplePos x="0" y="0"/>
            <wp:positionH relativeFrom="page">
              <wp:posOffset>228599</wp:posOffset>
            </wp:positionH>
            <wp:positionV relativeFrom="page">
              <wp:posOffset>6470101</wp:posOffset>
            </wp:positionV>
            <wp:extent cx="7099098" cy="3571715"/>
            <wp:effectExtent l="0" t="0" r="0" b="0"/>
            <wp:wrapNone/>
            <wp:docPr id="1026" name="field1026"/>
            <wp:cNvGraphicFramePr/>
            <a:graphic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7099098" cy="357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jc w:val="left"/>
                        </w:pPr>
                      </w:p>
                    </w:txbxContent>
                  </wps:txbx>
                  <wps:bodyPr wrap="square" lIns="18000" tIns="18000" rIns="18000" bIns="18000" anchor="t">
                    <a:noAutofit/>
                  </wps:bodyPr>
                </wps:wsp>
              </a:graphicData>
            </a:graphic>
          </wp:anchor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