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xmlns:a="http://schemas.openxmlformats.org/drawingml/2006/main" xmlns:pic="http://schemas.openxmlformats.org/drawingml/2006/picture">
      <w:r>
        <w:drawing>
          <wp:anchor behindDoc="1" distT="0" distB="0" distL="0" distR="0" simplePos="0" locked="1" layoutInCell="1" allowOverlap="1" relativeHeight="100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9" cy="10692000"/>
            <wp:effectExtent l="0" t="0" r="0" b="0"/>
            <wp:wrapNone/>
            <wp:docPr id="1001" name="page1bg"/>
            <wp:cNvGraphicFramePr/>
            <a:graphic>
              <a:graphicData uri="http://schemas.openxmlformats.org/drawingml/2006/picture">
                <pic:pic>
                  <pic:nvPicPr>
                    <pic:cNvPr id="1001" name="page1bg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9999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xmlns:a="http://schemas.openxmlformats.org/drawingml/2006/main" xmlns:pic="http://schemas.openxmlformats.org/drawingml/2006/picture">
      <w:r>
        <w:br w:type="page"/>
      </w:r>
    </w:p>
    <w:p xmlns:a="http://schemas.openxmlformats.org/drawingml/2006/main" xmlns:pic="http://schemas.openxmlformats.org/drawingml/2006/picture">
      <w:r>
        <w:drawing>
          <wp:anchor behindDoc="1" distT="0" distB="0" distL="0" distR="0" simplePos="0" locked="1" layoutInCell="1" allowOverlap="1" relativeHeight="100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9" cy="10692000"/>
            <wp:effectExtent l="0" t="0" r="0" b="0"/>
            <wp:wrapNone/>
            <wp:docPr id="1002" name="page2bg"/>
            <wp:cNvGraphicFramePr/>
            <a:graphic>
              <a:graphicData uri="http://schemas.openxmlformats.org/drawingml/2006/picture">
                <pic:pic>
                  <pic:nvPicPr>
                    <pic:cNvPr id="1002" name="page2bg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59999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xmlns:a="http://schemas.openxmlformats.org/drawingml/2006/main" xmlns:pic="http://schemas.openxmlformats.org/drawingml/2006/picture">
      <w:r>
        <w:br w:type="page"/>
      </w:r>
    </w:p>
    <w:p xmlns:a="http://schemas.openxmlformats.org/drawingml/2006/main" xmlns:pic="http://schemas.openxmlformats.org/drawingml/2006/picture">
      <w:r>
        <w:drawing>
          <wp:anchor behindDoc="1" distT="0" distB="0" distL="0" distR="0" simplePos="0" locked="1" layoutInCell="1" allowOverlap="1" relativeHeight="100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9" cy="10692000"/>
            <wp:effectExtent l="0" t="0" r="0" b="0"/>
            <wp:wrapNone/>
            <wp:docPr id="1003" name="page3bg"/>
            <wp:cNvGraphicFramePr/>
            <a:graphic>
              <a:graphicData uri="http://schemas.openxmlformats.org/drawingml/2006/picture">
                <pic:pic>
                  <pic:nvPicPr>
                    <pic:cNvPr id="1003" name="page3bg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9999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xmlns:a="http://schemas.openxmlformats.org/drawingml/2006/main" xmlns:pic="http://schemas.openxmlformats.org/drawingml/2006/picture">
      <w:r>
        <w:br w:type="page"/>
      </w:r>
    </w:p>
    <w:p xmlns:a="http://schemas.openxmlformats.org/drawingml/2006/main" xmlns:pic="http://schemas.openxmlformats.org/drawingml/2006/picture">
      <w:r>
        <w:drawing>
          <wp:anchor behindDoc="1" distT="0" distB="0" distL="0" distR="0" simplePos="0" locked="1" layoutInCell="1" allowOverlap="1" relativeHeight="10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9" cy="10692000"/>
            <wp:effectExtent l="0" t="0" r="0" b="0"/>
            <wp:wrapNone/>
            <wp:docPr id="1004" name="page4bg"/>
            <wp:cNvGraphicFramePr/>
            <a:graphic>
              <a:graphicData uri="http://schemas.openxmlformats.org/drawingml/2006/picture">
                <pic:pic>
                  <pic:nvPicPr>
                    <pic:cNvPr id="1004" name="page4bg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59999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xmlns:a="http://schemas.openxmlformats.org/drawingml/2006/main" xmlns:pic="http://schemas.openxmlformats.org/drawingml/2006/picture">
      <w:r>
        <w:br w:type="page"/>
      </w:r>
    </w:p>
    <w:p xmlns:a="http://schemas.openxmlformats.org/drawingml/2006/main" xmlns:pic="http://schemas.openxmlformats.org/drawingml/2006/picture">
      <w:r>
        <w:drawing>
          <wp:anchor behindDoc="1" distT="0" distB="0" distL="0" distR="0" simplePos="0" locked="1" layoutInCell="1" allowOverlap="1" relativeHeight="100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9" cy="10692000"/>
            <wp:effectExtent l="0" t="0" r="0" b="0"/>
            <wp:wrapNone/>
            <wp:docPr id="1005" name="page5bg"/>
            <wp:cNvGraphicFramePr/>
            <a:graphic>
              <a:graphicData uri="http://schemas.openxmlformats.org/drawingml/2006/picture">
                <pic:pic>
                  <pic:nvPicPr>
                    <pic:cNvPr id="1005" name="page5bg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59999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xmlns:a="http://schemas.openxmlformats.org/drawingml/2006/main" xmlns:pic="http://schemas.openxmlformats.org/drawingml/2006/picture">
      <w:r>
        <w:drawing>
          <wp:anchor behindDoc="0" distT="0" distB="0" distL="0" distR="0" simplePos="0" locked="0" layoutInCell="1" allowOverlap="1" relativeHeight="1006">
            <wp:simplePos x="0" y="0"/>
            <wp:positionH relativeFrom="page">
              <wp:posOffset>931029</wp:posOffset>
            </wp:positionH>
            <wp:positionV relativeFrom="page">
              <wp:posOffset>872843</wp:posOffset>
            </wp:positionV>
            <wp:extent cx="2743208" cy="224434"/>
            <wp:effectExtent l="0" t="0" r="0" b="0"/>
            <wp:wrapNone/>
            <wp:docPr id="1006" name="field1006"/>
            <wp:cNvGraphicFramePr/>
            <a:graphic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2743208" cy="224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jc w:val="left"/>
                        </w:pPr>
                      </w:p>
                    </w:txbxContent>
                  </wps:txbx>
                  <wps:bodyPr wrap="square" lIns="18000" tIns="18000" rIns="18000" bIns="18000" anchor="t">
                    <a:noAutofit/>
                  </wps:bodyPr>
                </wps:wsp>
              </a:graphicData>
            </a:graphic>
          </wp:anchor>
        </w:drawing>
      </w:r>
    </w:p>
    <w:p xmlns:a="http://schemas.openxmlformats.org/drawingml/2006/main" xmlns:pic="http://schemas.openxmlformats.org/drawingml/2006/picture">
      <w:r>
        <w:drawing>
          <wp:anchor behindDoc="0" distT="0" distB="0" distL="0" distR="0" simplePos="0" locked="0" layoutInCell="1" allowOverlap="1" relativeHeight="1007">
            <wp:simplePos x="0" y="0"/>
            <wp:positionH relativeFrom="page">
              <wp:posOffset>4206253</wp:posOffset>
            </wp:positionH>
            <wp:positionV relativeFrom="page">
              <wp:posOffset>872843</wp:posOffset>
            </wp:positionV>
            <wp:extent cx="1246924" cy="224434"/>
            <wp:effectExtent l="0" t="0" r="0" b="0"/>
            <wp:wrapNone/>
            <wp:docPr id="1007" name="field1007"/>
            <wp:cNvGraphicFramePr/>
            <a:graphic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46924" cy="224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jc w:val="left"/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 xml:space="preserve">27/06/26</w:t>
                        </w:r>
                      </w:p>
                    </w:txbxContent>
                  </wps:txbx>
                  <wps:bodyPr wrap="square" lIns="18000" tIns="18000" rIns="18000" bIns="18000" anchor="t">
                    <a:noAutofit/>
                  </wps:bodyPr>
                </wps:wsp>
              </a:graphicData>
            </a:graphic>
          </wp:anchor>
        </w:drawing>
      </w:r>
    </w:p>
    <w:p xmlns:a="http://schemas.openxmlformats.org/drawingml/2006/main" xmlns:pic="http://schemas.openxmlformats.org/drawingml/2006/picture">
      <w:r>
        <w:drawing>
          <wp:anchor behindDoc="0" distT="0" distB="0" distL="0" distR="0" simplePos="0" locked="0" layoutInCell="1" allowOverlap="1" relativeHeight="1008">
            <wp:simplePos x="0" y="0"/>
            <wp:positionH relativeFrom="page">
              <wp:posOffset>5769064</wp:posOffset>
            </wp:positionH>
            <wp:positionV relativeFrom="page">
              <wp:posOffset>315885</wp:posOffset>
            </wp:positionV>
            <wp:extent cx="1471358" cy="789711"/>
            <wp:effectExtent l="0" t="0" r="0" b="0"/>
            <wp:wrapNone/>
            <wp:docPr id="1008" name="logoFrame"/>
            <wp:cNvGraphicFramePr/>
            <a:graphic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471358" cy="789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sdt>
                        <w:sdtPr>
                          <w:alias w:val="Partner Logo"/>
                          <w:tag w:val="PartnerLogo"/>
                          <w:id w:val="1009"/>
                          <w:picture/>
                        </w:sdtPr>
                        <w:sdtEndPr/>
                        <w:sdtContent>
                          <w:p>
                            <w:pPr>
                              <w:jc w:val="center"/>
                            </w:pPr>
                            <w:r>
                              <w:drawing>
                                <wp:inline distT="0" distB="0" distL="0" distR="0">
                                  <wp:extent cx="1471358" cy="789711"/>
                                  <wp:effectExtent l="0" t="0" r="0" b="0"/>
                                  <wp:docPr id="1010" name="logoPlaceholder"/>
                                  <wp:cNvGraphicFramePr/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1010" name="logoPlaceholder.png"/>
                                          <pic:cNvPicPr/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71358" cy="78971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sdtContent>
                      </w:sdt>
                    </w:txbxContent>
                  </wps:txbx>
                  <wps:bodyPr wrap="square" lIns="0" tIns="0" rIns="0" bIns="0" anchor="ctr">
                    <a:noAutofit/>
                  </wps:bodyPr>
                </wps:wsp>
              </a:graphicData>
            </a:graphic>
          </wp:anchor>
        </w:drawing>
      </w:r>
    </w:p>
    <w:p xmlns:a="http://schemas.openxmlformats.org/drawingml/2006/main" xmlns:pic="http://schemas.openxmlformats.org/drawingml/2006/picture">
      <w:r>
        <w:drawing>
          <wp:anchor behindDoc="0" distT="0" distB="0" distL="0" distR="0" simplePos="0" locked="0" layoutInCell="1" allowOverlap="1" relativeHeight="1011">
            <wp:simplePos x="0" y="0"/>
            <wp:positionH relativeFrom="page">
              <wp:posOffset>182881</wp:posOffset>
            </wp:positionH>
            <wp:positionV relativeFrom="page">
              <wp:posOffset>1662554</wp:posOffset>
            </wp:positionV>
            <wp:extent cx="3466426" cy="922718"/>
            <wp:effectExtent l="0" t="0" r="0" b="0"/>
            <wp:wrapNone/>
            <wp:docPr id="1011" name="field1011"/>
            <wp:cNvGraphicFramePr/>
            <a:graphic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3466426" cy="922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jc w:val="left"/>
                        </w:pPr>
                      </w:p>
                    </w:txbxContent>
                  </wps:txbx>
                  <wps:bodyPr wrap="square" lIns="18000" tIns="18000" rIns="18000" bIns="18000" anchor="t">
                    <a:noAutofit/>
                  </wps:bodyPr>
                </wps:wsp>
              </a:graphicData>
            </a:graphic>
          </wp:anchor>
        </w:drawing>
      </w:r>
    </w:p>
    <w:p xmlns:a="http://schemas.openxmlformats.org/drawingml/2006/main" xmlns:pic="http://schemas.openxmlformats.org/drawingml/2006/picture">
      <w:r>
        <w:drawing>
          <wp:anchor behindDoc="0" distT="0" distB="0" distL="0" distR="0" simplePos="0" locked="0" layoutInCell="1" allowOverlap="1" relativeHeight="1012">
            <wp:simplePos x="0" y="0"/>
            <wp:positionH relativeFrom="page">
              <wp:posOffset>3890378</wp:posOffset>
            </wp:positionH>
            <wp:positionV relativeFrom="page">
              <wp:posOffset>1662554</wp:posOffset>
            </wp:positionV>
            <wp:extent cx="3466414" cy="922718"/>
            <wp:effectExtent l="0" t="0" r="0" b="0"/>
            <wp:wrapNone/>
            <wp:docPr id="1012" name="field1012"/>
            <wp:cNvGraphicFramePr/>
            <a:graphic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3466414" cy="922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jc w:val="left"/>
                        </w:pPr>
                      </w:p>
                    </w:txbxContent>
                  </wps:txbx>
                  <wps:bodyPr wrap="square" lIns="18000" tIns="18000" rIns="18000" bIns="18000" anchor="t">
                    <a:noAutofit/>
                  </wps:bodyPr>
                </wps:wsp>
              </a:graphicData>
            </a:graphic>
          </wp:anchor>
        </w:drawing>
      </w:r>
    </w:p>
    <w:p xmlns:a="http://schemas.openxmlformats.org/drawingml/2006/main" xmlns:pic="http://schemas.openxmlformats.org/drawingml/2006/picture">
      <w:r>
        <w:drawing>
          <wp:anchor behindDoc="0" distT="0" distB="0" distL="0" distR="0" simplePos="0" locked="0" layoutInCell="1" allowOverlap="1" relativeHeight="1013">
            <wp:simplePos x="0" y="0"/>
            <wp:positionH relativeFrom="page">
              <wp:posOffset>199507</wp:posOffset>
            </wp:positionH>
            <wp:positionV relativeFrom="page">
              <wp:posOffset>3183786</wp:posOffset>
            </wp:positionV>
            <wp:extent cx="3499673" cy="2083740"/>
            <wp:effectExtent l="0" t="0" r="0" b="0"/>
            <wp:wrapNone/>
            <wp:docPr id="1013" name="field1013"/>
            <wp:cNvGraphicFramePr/>
            <a:graphic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3499673" cy="208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jc w:val="left"/>
                        </w:pPr>
                      </w:p>
                    </w:txbxContent>
                  </wps:txbx>
                  <wps:bodyPr wrap="square" lIns="18000" tIns="18000" rIns="18000" bIns="18000" anchor="t">
                    <a:noAutofit/>
                  </wps:bodyPr>
                </wps:wsp>
              </a:graphicData>
            </a:graphic>
          </wp:anchor>
        </w:drawing>
      </w:r>
    </w:p>
    <w:p xmlns:a="http://schemas.openxmlformats.org/drawingml/2006/main" xmlns:pic="http://schemas.openxmlformats.org/drawingml/2006/picture">
      <w:r>
        <w:drawing>
          <wp:anchor behindDoc="0" distT="0" distB="0" distL="0" distR="0" simplePos="0" locked="0" layoutInCell="1" allowOverlap="1" relativeHeight="1014">
            <wp:simplePos x="0" y="0"/>
            <wp:positionH relativeFrom="page">
              <wp:posOffset>3840493</wp:posOffset>
            </wp:positionH>
            <wp:positionV relativeFrom="page">
              <wp:posOffset>3183786</wp:posOffset>
            </wp:positionV>
            <wp:extent cx="3499676" cy="2083740"/>
            <wp:effectExtent l="0" t="0" r="0" b="0"/>
            <wp:wrapNone/>
            <wp:docPr id="1014" name="field1014"/>
            <wp:cNvGraphicFramePr/>
            <a:graphic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3499676" cy="208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jc w:val="left"/>
                        </w:pPr>
                      </w:p>
                    </w:txbxContent>
                  </wps:txbx>
                  <wps:bodyPr wrap="square" lIns="18000" tIns="18000" rIns="18000" bIns="18000" anchor="t">
                    <a:noAutofit/>
                  </wps:bodyPr>
                </wps:wsp>
              </a:graphicData>
            </a:graphic>
          </wp:anchor>
        </w:drawing>
      </w:r>
    </w:p>
    <w:p xmlns:a="http://schemas.openxmlformats.org/drawingml/2006/main" xmlns:pic="http://schemas.openxmlformats.org/drawingml/2006/picture">
      <w:r>
        <w:drawing>
          <wp:anchor behindDoc="0" distT="0" distB="0" distL="0" distR="0" simplePos="0" locked="0" layoutInCell="1" allowOverlap="1" relativeHeight="1015">
            <wp:simplePos x="0" y="0"/>
            <wp:positionH relativeFrom="page">
              <wp:posOffset>199507</wp:posOffset>
            </wp:positionH>
            <wp:positionV relativeFrom="page">
              <wp:posOffset>5636042</wp:posOffset>
            </wp:positionV>
            <wp:extent cx="3499673" cy="2341436"/>
            <wp:effectExtent l="0" t="0" r="0" b="0"/>
            <wp:wrapNone/>
            <wp:docPr id="1015" name="field1015"/>
            <wp:cNvGraphicFramePr/>
            <a:graphic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3499673" cy="2341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jc w:val="left"/>
                        </w:pPr>
                      </w:p>
                    </w:txbxContent>
                  </wps:txbx>
                  <wps:bodyPr wrap="square" lIns="18000" tIns="18000" rIns="18000" bIns="18000" anchor="t">
                    <a:noAutofit/>
                  </wps:bodyPr>
                </wps:wsp>
              </a:graphicData>
            </a:graphic>
          </wp:anchor>
        </w:drawing>
      </w:r>
    </w:p>
    <w:p xmlns:a="http://schemas.openxmlformats.org/drawingml/2006/main" xmlns:pic="http://schemas.openxmlformats.org/drawingml/2006/picture">
      <w:r>
        <w:drawing>
          <wp:anchor behindDoc="0" distT="0" distB="0" distL="0" distR="0" simplePos="0" locked="0" layoutInCell="1" allowOverlap="1" relativeHeight="1016">
            <wp:simplePos x="0" y="0"/>
            <wp:positionH relativeFrom="page">
              <wp:posOffset>3845458</wp:posOffset>
            </wp:positionH>
            <wp:positionV relativeFrom="page">
              <wp:posOffset>5636042</wp:posOffset>
            </wp:positionV>
            <wp:extent cx="3499663" cy="2341436"/>
            <wp:effectExtent l="0" t="0" r="0" b="0"/>
            <wp:wrapNone/>
            <wp:docPr id="1016" name="field1016"/>
            <wp:cNvGraphicFramePr/>
            <a:graphic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3499663" cy="2341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jc w:val="left"/>
                        </w:pPr>
                      </w:p>
                    </w:txbxContent>
                  </wps:txbx>
                  <wps:bodyPr wrap="square" lIns="18000" tIns="18000" rIns="18000" bIns="18000" anchor="t">
                    <a:noAutofit/>
                  </wps:bodyPr>
                </wps:wsp>
              </a:graphicData>
            </a:graphic>
          </wp:anchor>
        </w:drawing>
      </w:r>
    </w:p>
    <w:p xmlns:a="http://schemas.openxmlformats.org/drawingml/2006/main" xmlns:pic="http://schemas.openxmlformats.org/drawingml/2006/picture">
      <w:r>
        <w:drawing>
          <wp:anchor behindDoc="0" distT="0" distB="0" distL="0" distR="0" simplePos="0" locked="0" layoutInCell="1" allowOverlap="1" relativeHeight="1017">
            <wp:simplePos x="0" y="0"/>
            <wp:positionH relativeFrom="page">
              <wp:posOffset>199507</wp:posOffset>
            </wp:positionH>
            <wp:positionV relativeFrom="page">
              <wp:posOffset>8476231</wp:posOffset>
            </wp:positionV>
            <wp:extent cx="3433176" cy="1576654"/>
            <wp:effectExtent l="0" t="0" r="0" b="0"/>
            <wp:wrapNone/>
            <wp:docPr id="1017" name="field1017"/>
            <wp:cNvGraphicFramePr/>
            <a:graphic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3433176" cy="1576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jc w:val="left"/>
                        </w:pPr>
                      </w:p>
                    </w:txbxContent>
                  </wps:txbx>
                  <wps:bodyPr wrap="square" lIns="18000" tIns="18000" rIns="18000" bIns="18000" anchor="t">
                    <a:noAutofit/>
                  </wps:bodyPr>
                </wps:wsp>
              </a:graphicData>
            </a:graphic>
          </wp:anchor>
        </w:drawing>
      </w:r>
    </w:p>
    <w:p xmlns:a="http://schemas.openxmlformats.org/drawingml/2006/main" xmlns:pic="http://schemas.openxmlformats.org/drawingml/2006/picture">
      <w:r>
        <w:drawing>
          <wp:anchor behindDoc="0" distT="0" distB="0" distL="0" distR="0" simplePos="0" locked="0" layoutInCell="1" allowOverlap="1" relativeHeight="1018">
            <wp:simplePos x="0" y="0"/>
            <wp:positionH relativeFrom="page">
              <wp:posOffset>3890353</wp:posOffset>
            </wp:positionH>
            <wp:positionV relativeFrom="page">
              <wp:posOffset>8476231</wp:posOffset>
            </wp:positionV>
            <wp:extent cx="3433166" cy="1576654"/>
            <wp:effectExtent l="0" t="0" r="0" b="0"/>
            <wp:wrapNone/>
            <wp:docPr id="1018" name="field1018"/>
            <wp:cNvGraphicFramePr/>
            <a:graphic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3433166" cy="1576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jc w:val="left"/>
                        </w:pPr>
                      </w:p>
                    </w:txbxContent>
                  </wps:txbx>
                  <wps:bodyPr wrap="square" lIns="18000" tIns="18000" rIns="18000" bIns="18000" anchor="t">
                    <a:noAutofit/>
                  </wps:bodyPr>
                </wps:wsp>
              </a:graphicData>
            </a:graphic>
          </wp:anchor>
        </w:drawing>
      </w:r>
    </w:p>
    <w:p xmlns:a="http://schemas.openxmlformats.org/drawingml/2006/main" xmlns:pic="http://schemas.openxmlformats.org/drawingml/2006/picture">
      <w:r>
        <w:br w:type="page"/>
      </w:r>
    </w:p>
    <w:p xmlns:a="http://schemas.openxmlformats.org/drawingml/2006/main" xmlns:pic="http://schemas.openxmlformats.org/drawingml/2006/picture">
      <w:r>
        <w:drawing>
          <wp:anchor behindDoc="1" distT="0" distB="0" distL="0" distR="0" simplePos="0" locked="1" layoutInCell="1" allowOverlap="1" relativeHeight="101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9" cy="10692000"/>
            <wp:effectExtent l="0" t="0" r="0" b="0"/>
            <wp:wrapNone/>
            <wp:docPr id="1019" name="page6bg"/>
            <wp:cNvGraphicFramePr/>
            <a:graphic>
              <a:graphicData uri="http://schemas.openxmlformats.org/drawingml/2006/picture">
                <pic:pic>
                  <pic:nvPicPr>
                    <pic:cNvPr id="1019" name="page6bg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59999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xmlns:a="http://schemas.openxmlformats.org/drawingml/2006/main" xmlns:pic="http://schemas.openxmlformats.org/drawingml/2006/picture">
      <w:r>
        <w:drawing>
          <wp:anchor behindDoc="0" distT="0" distB="0" distL="0" distR="0" simplePos="0" locked="0" layoutInCell="1" allowOverlap="1" relativeHeight="1020">
            <wp:simplePos x="0" y="0"/>
            <wp:positionH relativeFrom="page">
              <wp:posOffset>232758</wp:posOffset>
            </wp:positionH>
            <wp:positionV relativeFrom="page">
              <wp:posOffset>1086178</wp:posOffset>
            </wp:positionV>
            <wp:extent cx="7099104" cy="4885144"/>
            <wp:effectExtent l="0" t="0" r="0" b="0"/>
            <wp:wrapNone/>
            <wp:docPr id="1020" name="field1020"/>
            <wp:cNvGraphicFramePr/>
            <a:graphic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7099104" cy="4885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jc w:val="left"/>
                        </w:pPr>
                      </w:p>
                    </w:txbxContent>
                  </wps:txbx>
                  <wps:bodyPr wrap="square" lIns="18000" tIns="18000" rIns="18000" bIns="18000" anchor="t">
                    <a:noAutofit/>
                  </wps:bodyPr>
                </wps:wsp>
              </a:graphicData>
            </a:graphic>
          </wp:anchor>
        </w:drawing>
      </w:r>
    </w:p>
    <w:p xmlns:a="http://schemas.openxmlformats.org/drawingml/2006/main" xmlns:pic="http://schemas.openxmlformats.org/drawingml/2006/picture">
      <w:r>
        <w:drawing>
          <wp:anchor behindDoc="0" distT="0" distB="0" distL="0" distR="0" simplePos="0" locked="0" layoutInCell="1" allowOverlap="1" relativeHeight="1021">
            <wp:simplePos x="0" y="0"/>
            <wp:positionH relativeFrom="page">
              <wp:posOffset>228599</wp:posOffset>
            </wp:positionH>
            <wp:positionV relativeFrom="page">
              <wp:posOffset>6470101</wp:posOffset>
            </wp:positionV>
            <wp:extent cx="7099098" cy="3571715"/>
            <wp:effectExtent l="0" t="0" r="0" b="0"/>
            <wp:wrapNone/>
            <wp:docPr id="1021" name="field1021"/>
            <wp:cNvGraphicFramePr/>
            <a:graphic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7099098" cy="357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jc w:val="left"/>
                        </w:pPr>
                      </w:p>
                    </w:txbxContent>
                  </wps:txbx>
                  <wps:bodyPr wrap="square" lIns="18000" tIns="18000" rIns="18000" bIns="18000" anchor="t">
                    <a:noAutofit/>
                  </wps:bodyPr>
                </wps:wsp>
              </a:graphicData>
            </a:graphic>
          </wp:anchor>
        </w:drawing>
      </w:r>
    </w:p>
    <w:sectPr w:rsidR="00FC693F" w:rsidRPr="0006063C" w:rsidSect="00034616">
      <w:pgSz w:w="11906" w:h="16838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